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sz w:val="28"/>
        </w:rPr>
        <w:t>NOTICE PRÉCISANT LA NATURE DE LA OU DES DÉROGATIONS DEMANDÉES</w:t>
      </w:r>
    </w:p>
    <w:p>
      <w:pPr>
        <w:spacing w:after="200"/>
        <w:jc w:val="center"/>
      </w:pPr>
      <w:r>
        <w:rPr>
          <w:b/>
          <w:color w:val="646464"/>
          <w:sz w:val="20"/>
        </w:rPr>
      </w:r>
      <w:r>
        <w:rPr>
          <w:b/>
          <w:i/>
          <w:sz w:val="20"/>
        </w:rPr>
        <w:t>FORMULAIRE TYPE — À COMPLÉTER</w:t>
      </w:r>
    </w:p>
    <w:p>
      <w:pPr>
        <w:spacing w:before="180" w:after="80"/>
        <w:keepNext/>
      </w:pPr>
      <w:r>
        <w:rPr>
          <w:b/>
          <w:sz w:val="23"/>
        </w:rPr>
        <w:t>A. IDENTIFICATION DU PROJET</w:t>
      </w:r>
    </w:p>
    <w:p>
      <w:pPr>
        <w:spacing w:after="60"/>
      </w:pPr>
      <w:r>
        <w:rPr>
          <w:b/>
          <w:sz w:val="20"/>
        </w:rPr>
        <w:t xml:space="preserve">Projet : </w:t>
      </w:r>
      <w:r>
        <w:rPr>
          <w:i/>
          <w:color w:val="787878"/>
          <w:sz w:val="19"/>
        </w:rPr>
        <w:t>Intitulé du projet</w:t>
      </w:r>
    </w:p>
    <w:p>
      <w:pPr>
        <w:spacing w:after="60"/>
      </w:pPr>
      <w:r>
        <w:rPr>
          <w:b/>
          <w:sz w:val="20"/>
        </w:rPr>
        <w:t xml:space="preserve">Adresse du projet : </w:t>
      </w:r>
      <w:r>
        <w:rPr>
          <w:i/>
          <w:color w:val="787878"/>
          <w:sz w:val="19"/>
        </w:rPr>
        <w:t>Adresse complète</w:t>
      </w:r>
    </w:p>
    <w:p>
      <w:pPr>
        <w:spacing w:after="60"/>
      </w:pPr>
      <w:r>
        <w:rPr>
          <w:b/>
          <w:sz w:val="20"/>
        </w:rPr>
        <w:t xml:space="preserve">Commune : </w:t>
      </w:r>
      <w:r>
        <w:rPr>
          <w:i/>
          <w:color w:val="787878"/>
          <w:sz w:val="19"/>
        </w:rPr>
        <w:t>Commune concernée</w:t>
      </w:r>
    </w:p>
    <w:p>
      <w:pPr>
        <w:spacing w:after="60"/>
      </w:pPr>
      <w:r>
        <w:rPr>
          <w:b/>
          <w:sz w:val="20"/>
        </w:rPr>
        <w:t xml:space="preserve">Références cadastrales : </w:t>
      </w:r>
      <w:r>
        <w:rPr>
          <w:i/>
          <w:color w:val="787878"/>
          <w:sz w:val="19"/>
        </w:rPr>
        <w:t>Section et numéro(s) de parcelle</w:t>
      </w:r>
    </w:p>
    <w:p>
      <w:pPr>
        <w:spacing w:after="60"/>
      </w:pPr>
      <w:r>
        <w:rPr>
          <w:b/>
          <w:sz w:val="20"/>
        </w:rPr>
        <w:t xml:space="preserve">Maître d’ouvrage : </w:t>
      </w:r>
      <w:r>
        <w:rPr>
          <w:i/>
          <w:color w:val="787878"/>
          <w:sz w:val="19"/>
        </w:rPr>
        <w:t>Nom / raison sociale</w:t>
      </w:r>
    </w:p>
    <w:p>
      <w:pPr>
        <w:spacing w:after="60"/>
      </w:pPr>
      <w:r>
        <w:rPr>
          <w:b/>
          <w:sz w:val="20"/>
        </w:rPr>
        <w:t xml:space="preserve">Architecte / maître d’œuvre : </w:t>
      </w:r>
      <w:r>
        <w:rPr>
          <w:i/>
          <w:color w:val="787878"/>
          <w:sz w:val="19"/>
        </w:rPr>
        <w:t>Nom / agence</w:t>
      </w:r>
    </w:p>
    <w:p>
      <w:pPr>
        <w:spacing w:after="60"/>
      </w:pPr>
      <w:r>
        <w:rPr>
          <w:b/>
          <w:sz w:val="20"/>
        </w:rPr>
        <w:t xml:space="preserve">Document d’urbanisme : </w:t>
      </w:r>
      <w:r>
        <w:rPr>
          <w:i/>
          <w:color w:val="787878"/>
          <w:sz w:val="19"/>
        </w:rPr>
        <w:t>PLU, PLUi, règlement de lotissement…</w:t>
      </w:r>
    </w:p>
    <w:p>
      <w:pPr>
        <w:spacing w:after="60"/>
      </w:pPr>
      <w:r>
        <w:rPr>
          <w:b/>
          <w:sz w:val="20"/>
        </w:rPr>
        <w:t xml:space="preserve">Zone / secteur : </w:t>
      </w:r>
      <w:r>
        <w:rPr>
          <w:i/>
          <w:color w:val="787878"/>
          <w:sz w:val="19"/>
        </w:rPr>
        <w:t>Ex. : UA, UBa, UXb2…</w:t>
      </w:r>
    </w:p>
    <w:p>
      <w:pPr>
        <w:spacing w:after="60"/>
      </w:pPr>
      <w:r>
        <w:rPr>
          <w:b/>
          <w:sz w:val="20"/>
        </w:rPr>
        <w:t xml:space="preserve">Date : </w:t>
      </w:r>
      <w:r>
        <w:rPr>
          <w:i/>
          <w:color w:val="787878"/>
          <w:sz w:val="19"/>
        </w:rPr>
        <w:t>JJ/MM/AAAA</w:t>
      </w:r>
    </w:p>
    <w:p>
      <w:pPr>
        <w:spacing w:before="180" w:after="80"/>
        <w:keepNext/>
      </w:pPr>
      <w:r>
        <w:rPr>
          <w:b/>
          <w:sz w:val="23"/>
        </w:rPr>
        <w:t>1. RÈGLE DU PLU / PLUi CONCERNÉE</w:t>
      </w:r>
    </w:p>
    <w:p>
      <w:pPr>
        <w:spacing w:before="40" w:after="120"/>
        <w:ind w:left="227" w:right="227"/>
        <w:shd w:fill="F5F5F5"/>
      </w:pPr>
      <w:r>
        <w:rPr>
          <w:i/>
          <w:color w:val="646464"/>
          <w:sz w:val="19"/>
        </w:rPr>
        <w:t>À compléter — Identifier précisément l’article du règlement auquel le projet souhaite déroger, puis recopier l’extrait utile de la règle.</w:t>
      </w:r>
    </w:p>
    <w:p>
      <w:pPr>
        <w:spacing w:after="60"/>
      </w:pPr>
      <w:r>
        <w:rPr>
          <w:b/>
          <w:sz w:val="20"/>
        </w:rPr>
        <w:t xml:space="preserve">Article / chapitre : </w:t>
      </w:r>
      <w:r>
        <w:rPr>
          <w:i/>
          <w:color w:val="787878"/>
          <w:sz w:val="19"/>
        </w:rPr>
        <w:t>Numéro et intitulé de l’article</w:t>
      </w:r>
    </w:p>
    <w:p>
      <w:pPr>
        <w:spacing w:after="60"/>
      </w:pPr>
      <w:r>
        <w:rPr>
          <w:b/>
          <w:sz w:val="20"/>
        </w:rPr>
        <w:t xml:space="preserve">Thème de la règle : </w:t>
      </w:r>
      <w:r>
        <w:rPr>
          <w:i/>
          <w:color w:val="787878"/>
          <w:sz w:val="19"/>
        </w:rPr>
        <w:t>Ex. : toiture, hauteur, aspect extérieur, implantation, stationnement…</w:t>
      </w:r>
    </w:p>
    <w:p>
      <w:pPr>
        <w:spacing w:before="60" w:after="140"/>
        <w:ind w:left="397" w:right="227"/>
        <w:pBdr>
          <w:bottom w:val="single" w:sz="8" w:space="2" w:color="BFBFBF"/>
        </w:pBdr>
      </w:pPr>
      <w:r>
        <w:rPr>
          <w:i/>
          <w:color w:val="5F5F5F"/>
          <w:sz w:val="20"/>
        </w:rPr>
        <w:t>« Insérer ici l’extrait exact de la règle concernée. »</w:t>
      </w:r>
    </w:p>
    <w:p>
      <w:pPr>
        <w:spacing w:before="180" w:after="80"/>
        <w:keepNext/>
      </w:pPr>
      <w:r>
        <w:rPr>
          <w:b/>
          <w:sz w:val="23"/>
        </w:rPr>
        <w:t>2. DÉROGATION DEMANDÉE</w:t>
      </w:r>
    </w:p>
    <w:p>
      <w:pPr>
        <w:spacing w:before="40" w:after="120"/>
        <w:ind w:left="227" w:right="227"/>
        <w:shd w:fill="F5F5F5"/>
      </w:pPr>
      <w:r>
        <w:rPr>
          <w:i/>
          <w:color w:val="646464"/>
          <w:sz w:val="19"/>
        </w:rPr>
        <w:t>À compléter — Expliquer simplement ce que prévoit le projet à la place de la règle normalement applicable. Indiquer les valeurs ou caractéristiques utiles lorsque cela est possible.</w:t>
      </w:r>
    </w:p>
    <w:p>
      <w:pPr>
        <w:spacing w:after="100"/>
      </w:pPr>
      <w:r>
        <w:rPr>
          <w:sz w:val="20"/>
        </w:rPr>
        <w:t xml:space="preserve">La présente demande de dérogation porte sur </w:t>
      </w:r>
      <w:r>
        <w:rPr>
          <w:b/>
          <w:color w:val="696969"/>
        </w:rPr>
        <w:t>À compléter : décrire précisément la solution projetée</w:t>
      </w:r>
      <w:r>
        <w:rPr>
          <w:sz w:val="20"/>
        </w:rPr>
        <w:t xml:space="preserve">, en dérogation à </w:t>
      </w:r>
      <w:r>
        <w:rPr>
          <w:b/>
          <w:color w:val="696969"/>
        </w:rPr>
        <w:t>À compléter : rappeler la règle concernée</w:t>
      </w:r>
      <w:r>
        <w:rPr>
          <w:sz w:val="20"/>
        </w:rPr>
        <w:t>.</w:t>
      </w:r>
    </w:p>
    <w:p>
      <w:pPr>
        <w:spacing w:after="60"/>
      </w:pPr>
      <w:r>
        <w:rPr>
          <w:b/>
          <w:sz w:val="20"/>
        </w:rPr>
        <w:t xml:space="preserve">Écart entre la règle et le projet : </w:t>
      </w:r>
      <w:r>
        <w:rPr>
          <w:i/>
          <w:color w:val="787878"/>
          <w:sz w:val="19"/>
        </w:rPr>
        <w:t>Ex. : pente imposée / pente projetée, hauteur autorisée / hauteur projetée, matériau imposé / matériau prévu…</w:t>
      </w:r>
    </w:p>
    <w:p>
      <w:pPr>
        <w:spacing w:before="180" w:after="80"/>
        <w:keepNext/>
      </w:pPr>
      <w:r>
        <w:rPr>
          <w:b/>
          <w:sz w:val="23"/>
        </w:rPr>
        <w:t>3. FONDEMENT RÉGLEMENTAIRE DE LA DEMANDE</w:t>
      </w:r>
    </w:p>
    <w:p>
      <w:pPr>
        <w:spacing w:before="40" w:after="120"/>
        <w:ind w:left="227" w:right="227"/>
        <w:shd w:fill="F5F5F5"/>
      </w:pPr>
      <w:r>
        <w:rPr>
          <w:i/>
          <w:color w:val="646464"/>
          <w:sz w:val="19"/>
        </w:rPr>
        <w:t>À compléter — Indiquer le texte qui permet à l’autorité compétente d’accorder cette dérogation. Le fondement doit être vérifié pour chaque dossier.</w:t>
      </w:r>
    </w:p>
    <w:p>
      <w:pPr>
        <w:spacing w:after="60"/>
      </w:pPr>
      <w:r>
        <w:rPr>
          <w:b/>
          <w:sz w:val="20"/>
        </w:rPr>
        <w:t xml:space="preserve">Texte applicable : </w:t>
      </w:r>
      <w:r>
        <w:rPr>
          <w:i/>
          <w:color w:val="787878"/>
          <w:sz w:val="19"/>
        </w:rPr>
        <w:t>Ex. : article du Code de l’urbanisme ou disposition spécifique</w:t>
      </w:r>
    </w:p>
    <w:p>
      <w:pPr>
        <w:spacing w:before="60" w:after="140"/>
        <w:ind w:left="397" w:right="227"/>
        <w:pBdr>
          <w:bottom w:val="single" w:sz="8" w:space="2" w:color="BFBFBF"/>
        </w:pBdr>
      </w:pPr>
      <w:r>
        <w:rPr>
          <w:i/>
          <w:color w:val="5F5F5F"/>
          <w:sz w:val="20"/>
        </w:rPr>
        <w:t>« Insérer ici l’extrait utile du texte permettant la dérogation. »</w:t>
      </w:r>
    </w:p>
    <w:p>
      <w:pPr>
        <w:spacing w:before="180" w:after="80"/>
        <w:keepNext/>
      </w:pPr>
      <w:r>
        <w:rPr>
          <w:b/>
          <w:sz w:val="23"/>
        </w:rPr>
        <w:t>4. APPLICATION AU PROJET</w:t>
      </w:r>
    </w:p>
    <w:p>
      <w:pPr>
        <w:spacing w:before="40" w:after="120"/>
        <w:ind w:left="227" w:right="227"/>
        <w:shd w:fill="F5F5F5"/>
      </w:pPr>
      <w:r>
        <w:rPr>
          <w:i/>
          <w:color w:val="646464"/>
          <w:sz w:val="19"/>
        </w:rPr>
        <w:t>À compléter — Expliquer en quelques phrases pourquoi le texte cité ci-dessus peut être utilisé pour ce projet précis : zone concernée, nature des travaux, règle visée et objet de la dérogation.</w:t>
      </w:r>
    </w:p>
    <w:p>
      <w:pPr>
        <w:spacing w:after="120"/>
      </w:pPr>
      <w:r>
        <w:rPr>
          <w:b/>
          <w:color w:val="696969"/>
        </w:rPr>
        <w:t xml:space="preserve">À compléter : </w:t>
      </w:r>
      <w:r>
        <w:rPr>
          <w:i/>
          <w:color w:val="696969"/>
        </w:rPr>
        <w:t>décrire les éléments factuels du projet qui correspondent au champ d’application du texte autorisant la dérogation.</w:t>
      </w:r>
    </w:p>
    <w:p>
      <w:pPr>
        <w:pageBreakBefore/>
        <w:spacing w:before="180" w:after="80"/>
        <w:keepNext/>
      </w:pPr>
      <w:r>
        <w:rPr>
          <w:b/>
          <w:sz w:val="23"/>
        </w:rPr>
        <w:t>5. MOTIFS DE LA DEMANDE</w:t>
      </w:r>
    </w:p>
    <w:p>
      <w:pPr>
        <w:spacing w:before="40" w:after="120"/>
        <w:ind w:left="227" w:right="227"/>
        <w:shd w:fill="F5F5F5"/>
      </w:pPr>
      <w:r>
        <w:rPr>
          <w:i/>
          <w:color w:val="646464"/>
          <w:sz w:val="19"/>
        </w:rPr>
        <w:t>À compléter — Expliquer pourquoi la solution proposée est pertinente pour ce projet. Ne conserver que les motifs réellement utiles au dossier.</w:t>
      </w:r>
    </w:p>
    <w:p>
      <w:pPr>
        <w:pStyle w:val="ListBullet"/>
        <w:spacing w:after="60"/>
      </w:pPr>
      <w:r>
        <w:rPr>
          <w:b/>
          <w:sz w:val="20"/>
        </w:rPr>
        <w:t>Insertion architecturale et paysagère :</w:t>
      </w:r>
      <w:r>
        <w:rPr>
          <w:i/>
          <w:color w:val="737373"/>
          <w:sz w:val="19"/>
        </w:rPr>
        <w:t xml:space="preserve"> décrire l’intégration du projet dans son environnement et son rapport aux constructions existantes.</w:t>
      </w:r>
    </w:p>
    <w:p>
      <w:pPr>
        <w:pStyle w:val="ListBullet"/>
        <w:spacing w:after="60"/>
      </w:pPr>
      <w:r>
        <w:rPr>
          <w:b/>
          <w:sz w:val="20"/>
        </w:rPr>
        <w:t>Réduction de l’impact visuel / volumétrique :</w:t>
      </w:r>
      <w:r>
        <w:rPr>
          <w:i/>
          <w:color w:val="737373"/>
          <w:sz w:val="19"/>
        </w:rPr>
        <w:t xml:space="preserve"> préciser, si pertinent, en quoi la dérogation permet une construction plus discrète ou mieux intégrée.</w:t>
      </w:r>
    </w:p>
    <w:p>
      <w:pPr>
        <w:pStyle w:val="ListBullet"/>
        <w:spacing w:after="60"/>
      </w:pPr>
      <w:r>
        <w:rPr>
          <w:b/>
          <w:sz w:val="20"/>
        </w:rPr>
        <w:t>Gestion des eaux pluviales / environnement :</w:t>
      </w:r>
      <w:r>
        <w:rPr>
          <w:i/>
          <w:color w:val="737373"/>
          <w:sz w:val="19"/>
        </w:rPr>
        <w:t xml:space="preserve"> indiquer les effets favorables ou les contraintes environnementales prises en compte.</w:t>
      </w:r>
    </w:p>
    <w:p>
      <w:pPr>
        <w:pStyle w:val="ListBullet"/>
        <w:spacing w:after="60"/>
      </w:pPr>
      <w:r>
        <w:rPr>
          <w:b/>
          <w:sz w:val="20"/>
        </w:rPr>
        <w:t>Contraintes techniques ou fonctionnelles :</w:t>
      </w:r>
      <w:r>
        <w:rPr>
          <w:i/>
          <w:color w:val="737373"/>
          <w:sz w:val="19"/>
        </w:rPr>
        <w:t xml:space="preserve"> expliquer les contraintes propres au projet qui conduisent à la solution retenue.</w:t>
      </w:r>
    </w:p>
    <w:p>
      <w:pPr>
        <w:pStyle w:val="ListBullet"/>
        <w:spacing w:after="60"/>
      </w:pPr>
      <w:r>
        <w:rPr>
          <w:b/>
          <w:sz w:val="20"/>
        </w:rPr>
        <w:t>Performance énergétique / confort :</w:t>
      </w:r>
      <w:r>
        <w:rPr>
          <w:i/>
          <w:color w:val="737373"/>
          <w:sz w:val="19"/>
        </w:rPr>
        <w:t xml:space="preserve"> indiquer les gains éventuels en matière de confort, d’inertie ou d’énergie.</w:t>
      </w:r>
    </w:p>
    <w:p>
      <w:pPr>
        <w:pStyle w:val="ListBullet"/>
        <w:spacing w:after="60"/>
      </w:pPr>
      <w:r>
        <w:rPr>
          <w:b/>
          <w:sz w:val="20"/>
        </w:rPr>
        <w:t>Cohérence avec le site ou le projet d’ensemble :</w:t>
      </w:r>
      <w:r>
        <w:rPr>
          <w:i/>
          <w:color w:val="737373"/>
          <w:sz w:val="19"/>
        </w:rPr>
        <w:t xml:space="preserve"> expliquer le lien avec les bâtiments, aménagements ou principes architecturaux voisins.</w:t>
      </w:r>
    </w:p>
    <w:p>
      <w:pPr>
        <w:pStyle w:val="ListBullet"/>
        <w:spacing w:after="60"/>
      </w:pPr>
      <w:r>
        <w:rPr>
          <w:b/>
          <w:sz w:val="20"/>
        </w:rPr>
        <w:t>Autres motifs :</w:t>
      </w:r>
      <w:r>
        <w:rPr>
          <w:i/>
          <w:color w:val="737373"/>
          <w:sz w:val="19"/>
        </w:rPr>
        <w:t xml:space="preserve"> ajouter tout élément spécifique utile au dossier.</w:t>
      </w:r>
    </w:p>
    <w:p>
      <w:pPr>
        <w:spacing w:before="160" w:after="60"/>
      </w:pPr>
      <w:r>
        <w:rPr>
          <w:b/>
          <w:sz w:val="20"/>
        </w:rPr>
        <w:t>PIÈCES D’APPUI ÉVENTUELLES</w:t>
      </w:r>
    </w:p>
    <w:p>
      <w:pPr>
        <w:spacing w:after="30"/>
      </w:pPr>
      <w:r>
        <w:rPr>
          <w:sz w:val="18"/>
        </w:rPr>
        <w:t>[ ]  Extrait du règlement concerné</w:t>
      </w:r>
    </w:p>
    <w:p>
      <w:pPr>
        <w:spacing w:after="30"/>
      </w:pPr>
      <w:r>
        <w:rPr>
          <w:sz w:val="18"/>
        </w:rPr>
        <w:t>[ ]  Plan ou coupe illustrant la dérogation</w:t>
      </w:r>
    </w:p>
    <w:p>
      <w:pPr>
        <w:spacing w:after="30"/>
      </w:pPr>
      <w:r>
        <w:rPr>
          <w:sz w:val="18"/>
        </w:rPr>
        <w:t>[ ]  Insertion paysagère / photomontage</w:t>
      </w:r>
    </w:p>
    <w:p>
      <w:pPr>
        <w:spacing w:after="30"/>
      </w:pPr>
      <w:r>
        <w:rPr>
          <w:sz w:val="18"/>
        </w:rPr>
        <w:t>[ ]  Photographies du contexte</w:t>
      </w:r>
    </w:p>
    <w:p>
      <w:pPr>
        <w:spacing w:after="30"/>
      </w:pPr>
      <w:r>
        <w:rPr>
          <w:sz w:val="18"/>
        </w:rPr>
        <w:t>[ ]  Note technique ou environnementale</w:t>
      </w:r>
    </w:p>
    <w:p>
      <w:pPr>
        <w:spacing w:after="30"/>
      </w:pPr>
      <w:r>
        <w:rPr>
          <w:sz w:val="18"/>
        </w:rPr>
        <w:t>[ ]  Avis ou échange préalable utile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282"/>
        <w:sz w:val="16"/>
      </w:rPr>
      <w:t>Formulaire type — supprimer les indications en gris avant dépôt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F5F5F"/>
        <w:sz w:val="16"/>
      </w:rPr>
      <w:t>PC40-3  |  NOTICE PRÉCISANT LA NATURE DE LA OU DES DÉROGATIONS DEMANDÉES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type - Notice précisant la nature de la ou des dérogations demandées</dc:title>
  <dc:subject>Formulaire vierge à compléter pour une demande de dérogation au document d’urbanisme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